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המהפכה התעשייתית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"המהפכה התעשייתית".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https://historia-et-hachadasha.sites.tab.bot/yechida-mahapecha.html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1830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1833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ריכוז עובדים ומכונות במבנה אחד, תחת פיקוח ובשעות עבודה קבועות.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מכונה הממירה את כוח הקיטור מחימום מים לתנועה; מקור אנרגיה מרכזי בתקופה.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ממציא סקוטי; שיפר את מנוע הקיטור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יזם; מייסד המטוויות הממוכנות הראשונות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מהנדס; מחלוצי הקטר ומסילות הברזל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כלכלן; 'עושר העמים', השוק החופשי וחלוקת העבודה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הרגריבס ממציא את ה'ג'ני הטווה'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סמית מפרסם את 'עושר העמים'; מנועי וואט נכנסים לשימוש מסחרי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נפתחת מסילת הברזל סטוקטון–דרלינגטון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מרקס ואנגלס מפרסמים את 'המניפסט הקומוניסטי'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🏭 המהפכה התעשייתית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החלפת עבודת ידיים בעבודה של מכונות.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שיטת המפעל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ריכוז עובדים ומכונות במבנה אחד, תחת פיקוח ובשעות עבודה קבועות. (factory)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מכונה הממירה את כוח הקיטור מחימום מים לתנועה; מקור אנרגיה מרכזי… (steam engine)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של אוכלוסייה מהכפר לעיר וגידול מהיר של הערים. (urbanization)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מעמד הפועלים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שכבה חברתית חדשה של עובדים שכירים במפעלים, שחיו משכרם בלבד. (worker)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בורגנות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מעמד בעלי ההון, הסוחרים ובעלי המפעלים, שהתחזק בתקופה.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1771: נפתח קו הרכבת ליברפול–מנצ'סטר.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1830: חוק המפעלים בבריטניה מגביל עבודת ילדים.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 התחילה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הקיטור הפעיל מכונות ורכבות.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במקום לעבוד בידיים, עבדו עם מכונות.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הרבה אנשים עברו מהכפר לעיר.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"מיכון"?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רעיון הדוגל בשוויון כלכלי ובבעלות משותפת או בפיקוח הציבור על אמצעי הייצור.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ארגון של עובדים הפועל לשיפור שכרם ותנאי עבודתם.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"שיטת המפעל"?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מעמד בעלי ההון, הסוחרים ובעלי המפעלים, שהתחזק בתקופה.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רעיון הדוגל בשוויון כלכלי ובבעלות משותפת או בפיקוח הציבור על אמצעי הייצור.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"מנוע קיטור"?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מכונה הממירה את כוח הקיטור מחימום מים לתנועה; מקור אנרגיה מרכזי בתקופה.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מעבר של אוכלוסייה מהכפר לעיר וגידול מהיר של הערים.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גישה שלפיה השוק צריך לפעול בחופשיות עם מעט התערבות של המדינה.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כלכלן; 'עושר העמים', השוק החופשי וחלוקת העבודה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ריצ'רד ארקרייט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ממציא סקוטי; שיפר את מנוע הקיטור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ג'ורג' סטפנסון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יזם; מייסד המטוויות הממוכנות הראשונות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סמית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מהנדס; מחלוצי הקטר ומסילות הברזל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סמית מפרסם את 'עושר העמים'; מנועי וואט נכנסים לשימוש מסחרי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מרקס ואנגלס מפרסמים את 'המניפסט הקומוניסטי'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הרגריבס ממציא את ה'ג'ני הטווה' (בקירוב)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נפתחת מסילת הברזל סטוקטון–דרלינגטון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"המהפכה התעשייתית".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המהפכה התעשייתית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