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המהפכה התעשייתית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תרגול מושגים, ציר זמן, דמויות, סיבה ותוצאה וניתוח מקור ביחידה "המהפכה התעשייתית".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https://historia-et-hachadasha.sites.tab.bot/yechida-mahapecha.html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פטנט הנול המכני של קרטרייט – 1785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החלפת עבודת ידיים בעבודה של מכונות.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ריכוז עובדים ומכונות במבנה אחד, תחת פיקוח ובשעות עבודה קבועות.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מכונה הממירה את כוח הקיטור מחימום מים לתנועה; מקור אנרגיה מרכזי בתקופה.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מילה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מעמד הפועלים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בורגנות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איגוד מקצועי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עשה 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ממציא סקוטי; שיפר את מנוע הקיטור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יזם; מייסד המטוויות הממוכנות הראשונות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מהנדס; מחלוצי הקטר ומסילות הברזל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כלכלן; 'עושר העמים', השוק החופשי וחלוקת העבודה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1833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1771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ג'יימס הרגריבס ממציא את ה'ג'ני הטווה' (בקירוב)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אדם סמית מפרסם את 'עושר העמים'; מנועי וואט נכנסים לשימוש מסחרי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נפתחת מסילת הברזל סטוקטון–דרלינגטון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מרקס ואנגלס מפרסמים את 'המניפסט הקומוניסטי'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2–3 משפטים נכונים; שימוש במושג אחד לפחות.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🏭 המהפכה התעשייתית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היום נתרגל את הנושא "המהפכה התעשייתית". קראו לאט, אפשר להיעזר בבנק המילים.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איגוד מקצועי  |  בורגנות  |  עיור  |  מעמד הפועלים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המושג "מיכון"?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ריכוז עובדים ומכונות במבנה אחד, תחת פיקוח ובשעות עבודה קבועות.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החלפת עבודת ידיים בעבודה של מכונות.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רעיון הדוגל בשוויון כלכלי ובבעלות משותפת או בפיקוח הציבור על אמצעי הייצור.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"שיטת המפעל"?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ריכוז עובדים ומכונות במבנה אחד, תחת פיקוח ובשעות עבודה קבועות.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מעבר של אוכלוסייה מהכפר לעיר וגידול מהיר של הערים.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שכבה חברתית חדשה של עובדים שכירים במפעלים, שחיו משכרם בלבד.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"מנוע קיטור"?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רעיון הדוגל בשוויון כלכלי ובבעלות משותפת או בפיקוח הציבור על אמצעי הייצור.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מכונה הממירה את כוח הקיטור מחימום מים לתנועה; מקור אנרגיה מרכזי בתקופה.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מעבר של אוכלוסייה מהכפר לעיר וגידול מהיר של הערים.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על הקו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מעבר של אוכלוסייה מהכפר לעיר וגידול מהיר של הערים.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שכבה חברתית חדשה של עובדים שכירים במפעלים, שחיו משכרם בלבד.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מעמד בעלי ההון, הסוחרים ובעלי המפעלים, שהתחזק בתקופה.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ארגון של עובדים הפועל לשיפור שכרם ותנאי עבודתם.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עשה מה?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הדמות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ג'יימס וואט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כלכלן; 'עושר העמים', השוק החופשי וחלוקת העבודה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ריצ'רד ארקרייט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יזם; מייסד המטוויות הממוכנות הראשונות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ג'ורג' סטפנסון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מהנדס; מחלוצי הקטר ומסילות הברזל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אדם סמית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ממציא סקוטי; שיפר את מנוע הקיטור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 במשבצת הנכונה.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המהפכה התעשייתית התחילה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1771: חוק המפעלים בבריטניה מגביל עבודת ילדים.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1776: ריצ'רד ארקרייט פותח מטווייה ממוכנת בקרומפורד.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במקום לעבוד בידיים, עבדו עם מכונות.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1, 2, 3, 4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נפתחת מסילת הברזל סטוקטון–דרלינגטון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מרקס ואנגלס מפרסמים את 'המניפסט הקומוניסטי'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אדם סמית מפרסם את 'עושר העמים'; מנועי וואט נכנסים לשימוש מסחרי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ג'יימס הרגריבס ממציא את ה'ג'ני הטווה' (בקירוב)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למדתם על "המהפכה התעשייתית"?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"למדתי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במילה אחת מבנק המילים.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שזכרתי מהיחידה: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המהפכה התעשייתית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